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ind w:end="155"/>
        <w:rPr>
          <w:rFonts w:ascii="Arial" w:hAnsi="Arial" w:cs="Arial"/>
        </w:rPr>
      </w:pPr>
      <w:r>
        <w:rPr>
          <w:rFonts w:cs="Arial" w:ascii="Arial" w:hAnsi="Arial"/>
        </w:rPr>
        <mc:AlternateContent>
          <mc:Choice Requires="wps">
            <w:drawing>
              <wp:anchor distT="40005" distB="69215" distL="108585" distR="138430" simplePos="0" relativeHeight="2" behindDoc="0" locked="0" layoutInCell="0" allowOverlap="1" wp14:anchorId="50FF3491">
                <wp:simplePos x="0" y="0"/>
                <wp:positionH relativeFrom="column">
                  <wp:posOffset>-47625</wp:posOffset>
                </wp:positionH>
                <wp:positionV relativeFrom="paragraph">
                  <wp:posOffset>635</wp:posOffset>
                </wp:positionV>
                <wp:extent cx="2733675" cy="1190625"/>
                <wp:effectExtent l="5715" t="5715" r="4445" b="4445"/>
                <wp:wrapSquare wrapText="bothSides"/>
                <wp:docPr id="1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840" cy="11905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extbody"/>
                              <w:ind w:end="155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ATTENZIONE – NOTA TASSATIVA SUL FORMATO DEI DOCUMENTI:</w:t>
                            </w:r>
                          </w:p>
                          <w:p>
                            <w:pPr>
                              <w:pStyle w:val="Textbody"/>
                              <w:ind w:end="1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>NON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  <w:t xml:space="preserve"> saranno in alcun modo accettate fotografie del presente modulo o dei documenti allegati (es. file in formato JPEG, JPG, PNG, ecc.).</w:t>
                            </w:r>
                          </w:p>
                          <w:p>
                            <w:pPr>
                              <w:pStyle w:val="Textbody"/>
                              <w:ind w:end="1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</w:rPr>
                              <w:t>La domanda e tutti i relativi allegati devono essere trasmessi esclusivamente in formato PDF, pena la non ricevibilità della domanda stessa.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f2dcdb" stroked="t" o:allowincell="f" style="position:absolute;margin-left:-3.75pt;margin-top:0pt;width:215.2pt;height:93.7pt;mso-wrap-style:square;v-text-anchor:top" wp14:anchorId="50FF3491">
                <v:fill o:detectmouseclick="t" type="solid" color2="#0d2324"/>
                <v:stroke color="black" weight="9360" joinstyle="miter" endcap="flat"/>
                <v:textbox>
                  <w:txbxContent>
                    <w:p>
                      <w:pPr>
                        <w:pStyle w:val="Textbody"/>
                        <w:ind w:end="155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u w:val="single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i/>
                          <w:iCs/>
                          <w:u w:val="single"/>
                        </w:rPr>
                        <w:t>ATTENZIONE – NOTA TASSATIVA SUL FORMATO DEI DOCUMENTI:</w:t>
                      </w:r>
                    </w:p>
                    <w:p>
                      <w:pPr>
                        <w:pStyle w:val="Textbody"/>
                        <w:ind w:end="1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sz w:val="18"/>
                          <w:szCs w:val="18"/>
                        </w:rPr>
                        <w:t>NON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  <w:t xml:space="preserve"> saranno in alcun modo accettate fotografie del presente modulo o dei documenti allegati (es. file in formato JPEG, JPG, PNG, ecc.).</w:t>
                      </w:r>
                    </w:p>
                    <w:p>
                      <w:pPr>
                        <w:pStyle w:val="Textbody"/>
                        <w:ind w:end="1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</w:rPr>
                        <w:t>La domanda e tutti i relativi allegati devono essere trasmessi esclusivamente in formato PDF, pena la non ricevibilità della domanda stessa.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spacing w:lineRule="auto" w:line="240" w:before="0" w:after="0"/>
        <w:jc w:val="end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sz w:val="28"/>
          <w:szCs w:val="28"/>
          <w:lang w:val="it-IT"/>
        </w:rPr>
      </w:r>
    </w:p>
    <w:p>
      <w:pPr>
        <w:pStyle w:val="Normal"/>
        <w:spacing w:lineRule="auto" w:line="240" w:before="0" w:after="0"/>
        <w:jc w:val="end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sz w:val="28"/>
          <w:szCs w:val="28"/>
          <w:lang w:val="it-IT"/>
        </w:rPr>
      </w:r>
    </w:p>
    <w:p>
      <w:pPr>
        <w:pStyle w:val="Normal"/>
        <w:spacing w:lineRule="auto" w:line="240" w:before="0" w:after="0"/>
        <w:jc w:val="end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sz w:val="28"/>
          <w:szCs w:val="28"/>
          <w:lang w:val="it-IT"/>
        </w:rPr>
      </w:r>
    </w:p>
    <w:p>
      <w:pPr>
        <w:pStyle w:val="Normal"/>
        <w:spacing w:lineRule="auto" w:line="240" w:before="0" w:after="0"/>
        <w:jc w:val="end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sz w:val="28"/>
          <w:szCs w:val="28"/>
          <w:lang w:val="it-IT"/>
        </w:rPr>
        <w:t>Al Comune di Chianni</w:t>
      </w:r>
    </w:p>
    <w:p>
      <w:pPr>
        <w:pStyle w:val="Normal"/>
        <w:spacing w:lineRule="auto" w:line="240" w:before="0" w:after="0"/>
        <w:jc w:val="end"/>
        <w:rPr>
          <w:rFonts w:ascii="Arial" w:hAnsi="Arial" w:cs="Arial"/>
          <w:lang w:val="it-IT"/>
        </w:rPr>
      </w:pPr>
      <w:hyperlink r:id="rId2">
        <w:r>
          <w:rPr>
            <w:rStyle w:val="Hyperlink"/>
            <w:rFonts w:cs="Arial" w:ascii="Arial" w:hAnsi="Arial"/>
            <w:lang w:val="it-IT"/>
          </w:rPr>
          <w:t>comune.chianni@postacert.toscana.it</w:t>
        </w:r>
      </w:hyperlink>
    </w:p>
    <w:p>
      <w:pPr>
        <w:pStyle w:val="Normal"/>
        <w:jc w:val="end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OGGETTO: domanda di ammissione al beneficio economico denominato “Bonus scuola” per l’.a.s 2026/2027. 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Il/La sottoscritto/a _____________________________________, nato/a a _____________________________ il __________________________, residente in _________________________, Via ___________________________ codice fiscale _________________________in qualità di: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Segoe UI Symbol" w:ascii="Segoe UI Symbol" w:hAnsi="Segoe UI Symbol"/>
          <w:lang w:val="it-IT"/>
        </w:rPr>
        <w:t>☐</w:t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 xml:space="preserve">Genitore 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Segoe UI Symbol" w:ascii="Segoe UI Symbol" w:hAnsi="Segoe UI Symbol"/>
          <w:lang w:val="it-IT"/>
        </w:rPr>
        <w:t>☐</w:t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 xml:space="preserve">Tutore legale 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Segoe UI Symbol" w:ascii="Segoe UI Symbol" w:hAnsi="Segoe UI Symbol"/>
          <w:lang w:val="it-IT"/>
        </w:rPr>
        <w:t>☐</w:t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 xml:space="preserve">Studente maggiorenne 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Arial" w:hAnsi="Arial" w:cs="Arial"/>
          <w:sz w:val="28"/>
          <w:szCs w:val="28"/>
          <w:lang w:val="it-IT"/>
        </w:rPr>
      </w:pPr>
      <w:r>
        <w:rPr>
          <w:rFonts w:cs="Arial" w:ascii="Arial" w:hAnsi="Arial"/>
          <w:b/>
          <w:bCs/>
          <w:sz w:val="28"/>
          <w:szCs w:val="28"/>
          <w:lang w:val="it-IT"/>
        </w:rPr>
        <w:t>CHIEDE</w:t>
      </w:r>
      <w:r>
        <w:rPr>
          <w:rFonts w:cs="Arial" w:ascii="Arial" w:hAnsi="Arial"/>
          <w:sz w:val="28"/>
          <w:szCs w:val="28"/>
          <w:lang w:val="it-IT"/>
        </w:rPr>
        <w:br/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</w:rPr>
      </w:pPr>
      <w:r>
        <w:rPr>
          <w:rFonts w:cs="Arial" w:ascii="Arial" w:hAnsi="Arial"/>
          <w:lang w:val="it-IT"/>
        </w:rPr>
        <w:t xml:space="preserve">di essere ammesso/a al beneficio economico individuale denominato “Bonus Scuola” per l’anno scolastico </w:t>
      </w:r>
      <w:r>
        <w:rPr>
          <w:rFonts w:cs="Arial" w:ascii="Arial" w:hAnsi="Arial"/>
        </w:rPr>
        <w:t>2026/2027, dal valore unico di € 300,00.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A tal fine, consapevole delle sanzioni penali in caso di dichiarazioni false e della conseguente decadenza dai benefici eventualmente conseguiti (ai sensi degli artt. 75 e 76 D.P.R. 445/2000), dichiara sotto la propria responsabilità: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DATI DELLO/A STUDENTE/STUDENTESSA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Nome e Cognome:_______________________________________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Data di nascita: _____________________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Comune di nascita: ___________________________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Residenza: Chianni, Via/Piazza ___________________________ n. ____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Età al 15 settembre 2026: ________ anni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Codice fiscale: ___________________________________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Di essere iscritto/a per l’a.s. 2026/2027 presso:</w:t>
      </w:r>
    </w:p>
    <w:p>
      <w:pPr>
        <w:pStyle w:val="Normal"/>
        <w:spacing w:lineRule="auto" w:line="240" w:before="0" w:after="0"/>
        <w:ind w:firstLine="720" w:start="360"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eastAsia="Wingdings" w:cs="Arial" w:ascii="Arial" w:hAnsi="Arial"/>
          <w:lang w:val="it-IT"/>
        </w:rPr>
        <w:tab/>
      </w:r>
      <w:r>
        <w:rPr>
          <w:rFonts w:cs="Arial" w:ascii="Arial" w:hAnsi="Arial"/>
          <w:lang w:val="it-IT"/>
        </w:rPr>
        <w:t>scuola dell’infanzia comunale non paritaria di Chianni</w:t>
      </w:r>
    </w:p>
    <w:p>
      <w:pPr>
        <w:pStyle w:val="Normal"/>
        <w:spacing w:lineRule="auto" w:line="240" w:before="0" w:after="0"/>
        <w:ind w:firstLine="720" w:start="360"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eastAsia="Wingdings" w:cs="Wingdings" w:ascii="Wingdings" w:hAnsi="Wingdings"/>
          <w:lang w:val="it-IT"/>
        </w:rPr>
        <w:tab/>
      </w:r>
      <w:r>
        <w:rPr>
          <w:rFonts w:cs="Arial" w:ascii="Arial" w:hAnsi="Arial"/>
          <w:lang w:val="it-IT"/>
        </w:rPr>
        <w:t>scuola primaria di Chianni</w:t>
      </w:r>
    </w:p>
    <w:p>
      <w:pPr>
        <w:pStyle w:val="Normal"/>
        <w:spacing w:lineRule="auto" w:line="240" w:before="0" w:after="0"/>
        <w:ind w:firstLine="720" w:start="360"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eastAsia="Wingdings" w:cs="Wingdings" w:ascii="Wingdings" w:hAnsi="Wingdings"/>
          <w:lang w:val="it-IT"/>
        </w:rPr>
        <w:tab/>
      </w:r>
      <w:r>
        <w:rPr>
          <w:rFonts w:cs="Arial" w:ascii="Arial" w:hAnsi="Arial"/>
          <w:lang w:val="it-IT"/>
        </w:rPr>
        <w:t>scuola secondaria di primo grado di Casciana Terme Lari</w:t>
      </w:r>
    </w:p>
    <w:p>
      <w:pPr>
        <w:pStyle w:val="Normal"/>
        <w:spacing w:lineRule="auto" w:line="240" w:before="0" w:after="0"/>
        <w:ind w:start="1080"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eastAsia="Wingdings" w:cs="Wingdings" w:ascii="Wingdings" w:hAnsi="Wingdings"/>
          <w:lang w:val="it-IT"/>
        </w:rPr>
        <w:tab/>
      </w:r>
      <w:r>
        <w:rPr>
          <w:rFonts w:cs="Arial" w:ascii="Arial" w:hAnsi="Arial"/>
          <w:lang w:val="it-IT"/>
        </w:rPr>
        <w:t>scuola secondaria di secondo grado (liceo/istituto tecnico/istituto professionale/altro) denominato ___________________________________ ubicata in ___________________________  _________________________</w:t>
      </w:r>
    </w:p>
    <w:p>
      <w:pPr>
        <w:pStyle w:val="Normal"/>
        <w:spacing w:lineRule="auto" w:line="240" w:before="0" w:after="0"/>
        <w:ind w:start="1080"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>IeFP denominata _____________________________________ ubicata in ____________________________________________________________</w:t>
      </w:r>
    </w:p>
    <w:p>
      <w:pPr>
        <w:pStyle w:val="Normal"/>
        <w:spacing w:lineRule="auto" w:line="240" w:before="0" w:after="0"/>
        <w:ind w:start="1080"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>Lo/la studente/studentessa è in possesso di certificazione di disabilità ai sensi dell’art. 3, comma 3, della legge 104/1992 o di invalidità ≥ 66%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Ente certificatore: ____________________________________________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cs="Arial" w:ascii="Arial" w:hAnsi="Arial"/>
          <w:sz w:val="22"/>
          <w:szCs w:val="22"/>
          <w:lang w:val="it-IT"/>
        </w:rPr>
        <w:t>Data rilascio certificazione: ___________________________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SITUAZIONI DEBITORIE NEI CONFRONTI DEL COMUNE DI CHIANNI</w:t>
      </w:r>
    </w:p>
    <w:p>
      <w:pPr>
        <w:pStyle w:val="Normal"/>
        <w:widowControl w:val="false"/>
        <w:tabs>
          <w:tab w:val="clear" w:pos="720"/>
          <w:tab w:val="left" w:pos="557" w:leader="none"/>
        </w:tabs>
        <w:spacing w:lineRule="auto" w:line="240" w:before="0" w:after="0"/>
        <w:ind w:end="-7"/>
        <w:jc w:val="both"/>
        <w:rPr>
          <w:rFonts w:ascii="Arial" w:hAnsi="Arial" w:cs="Times New Roman"/>
          <w:lang w:val="it-IT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 xml:space="preserve">di </w:t>
      </w:r>
      <w:r>
        <w:rPr>
          <w:rFonts w:cs="Times New Roman" w:ascii="Arial" w:hAnsi="Arial"/>
          <w:lang w:val="it-IT"/>
        </w:rPr>
        <w:t>non avere nei confronti del Comune di Chianni un debito liquido ed esigibile in ambito scolastico;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DICHIARAZIONE CIRCA IL DIVIETO DI CUMULABILITÀ DEL BENEFICIO</w:t>
      </w:r>
    </w:p>
    <w:p>
      <w:pPr>
        <w:pStyle w:val="Textbody"/>
        <w:tabs>
          <w:tab w:val="clear" w:pos="720"/>
          <w:tab w:val="left" w:pos="8080" w:leader="none"/>
        </w:tabs>
        <w:ind w:end="-7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Wingdings" w:cs="Wingdings" w:ascii="Wingdings" w:hAnsi="Wingdings"/>
          <w:spacing w:val="0"/>
          <w:kern w:val="0"/>
          <w:sz w:val="22"/>
          <w:szCs w:val="22"/>
          <w:lang w:eastAsia="en-US"/>
        </w:rPr>
        <w:sym w:font="Wingdings" w:char="f071"/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 xml:space="preserve"> </w:t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di non essere assegnatario di altri contributi pubblici e/o privati da qualunque ente erogati a titolo di sostegno per le seguenti categorie di spese scolastiche:</w:t>
      </w:r>
    </w:p>
    <w:p>
      <w:pPr>
        <w:pStyle w:val="Textbody"/>
        <w:tabs>
          <w:tab w:val="clear" w:pos="720"/>
          <w:tab w:val="left" w:pos="8080" w:leader="none"/>
        </w:tabs>
        <w:ind w:end="-7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-  acquisto libri di testo;</w:t>
      </w:r>
    </w:p>
    <w:p>
      <w:pPr>
        <w:pStyle w:val="Textbody"/>
        <w:tabs>
          <w:tab w:val="clear" w:pos="720"/>
          <w:tab w:val="left" w:pos="8080" w:leader="none"/>
        </w:tabs>
        <w:ind w:end="-7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- acquisto materiale didattico;</w:t>
      </w:r>
    </w:p>
    <w:p>
      <w:pPr>
        <w:pStyle w:val="Textbody"/>
        <w:tabs>
          <w:tab w:val="clear" w:pos="720"/>
          <w:tab w:val="left" w:pos="8080" w:leader="none"/>
        </w:tabs>
        <w:ind w:end="-7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- servizi e attività di supporto al diritto allo studio: trasporto scolastico con mezzi pubblici, visite e viaggi d’istruzione, mensa scolastica;</w:t>
      </w:r>
    </w:p>
    <w:p>
      <w:pPr>
        <w:pStyle w:val="Textbody"/>
        <w:tabs>
          <w:tab w:val="clear" w:pos="720"/>
          <w:tab w:val="left" w:pos="8080" w:leader="none"/>
        </w:tabs>
        <w:ind w:end="-7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- quote di iscrizione ai servizi scolastici</w:t>
      </w:r>
    </w:p>
    <w:p>
      <w:pPr>
        <w:pStyle w:val="Textbody"/>
        <w:ind w:end="140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eastAsiaTheme="minorEastAsia" w:ascii="Arial" w:hAnsi="Arial"/>
          <w:spacing w:val="0"/>
          <w:kern w:val="0"/>
          <w:sz w:val="22"/>
          <w:szCs w:val="22"/>
          <w:lang w:eastAsia="en-US"/>
        </w:rPr>
      </w:r>
    </w:p>
    <w:p>
      <w:pPr>
        <w:pStyle w:val="Textbody"/>
        <w:ind w:end="140"/>
        <w:rPr>
          <w:rFonts w:ascii="Arial" w:hAnsi="Arial" w:eastAsia="" w:cs="Arial" w:eastAsiaTheme="minorEastAsia"/>
          <w:i/>
          <w:iCs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i/>
          <w:iCs/>
          <w:spacing w:val="0"/>
          <w:kern w:val="0"/>
          <w:sz w:val="22"/>
          <w:szCs w:val="22"/>
          <w:lang w:eastAsia="en-US"/>
        </w:rPr>
        <w:t xml:space="preserve">ovvero </w:t>
      </w:r>
    </w:p>
    <w:p>
      <w:pPr>
        <w:pStyle w:val="Textbody"/>
        <w:ind w:end="140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eastAsiaTheme="minorEastAsia" w:ascii="Arial" w:hAnsi="Arial"/>
          <w:spacing w:val="0"/>
          <w:kern w:val="0"/>
          <w:sz w:val="22"/>
          <w:szCs w:val="22"/>
          <w:lang w:eastAsia="en-US"/>
        </w:rPr>
      </w:r>
    </w:p>
    <w:p>
      <w:pPr>
        <w:pStyle w:val="Textbody"/>
        <w:ind w:end="140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Wingdings" w:cs="Wingdings" w:ascii="Wingdings" w:hAnsi="Wingdings"/>
          <w:spacing w:val="0"/>
          <w:kern w:val="0"/>
          <w:sz w:val="22"/>
          <w:szCs w:val="22"/>
          <w:lang w:eastAsia="en-US"/>
        </w:rPr>
        <w:sym w:font="Wingdings" w:char="f071"/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 xml:space="preserve"> </w:t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di essere assegnatario di</w:t>
      </w:r>
    </w:p>
    <w:p>
      <w:pPr>
        <w:pStyle w:val="Textbody"/>
        <w:ind w:end="140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eastAsiaTheme="minorEastAsia" w:ascii="Arial" w:hAnsi="Arial"/>
          <w:spacing w:val="0"/>
          <w:kern w:val="0"/>
          <w:sz w:val="22"/>
          <w:szCs w:val="22"/>
          <w:lang w:eastAsia="en-US"/>
        </w:rPr>
      </w:r>
    </w:p>
    <w:p>
      <w:pPr>
        <w:pStyle w:val="Textbody"/>
        <w:ind w:end="140"/>
        <w:rPr>
          <w:rFonts w:ascii="Arial" w:hAnsi="Arial" w:eastAsia="" w:cs="Arial" w:eastAsiaTheme="minorEastAsia"/>
          <w:spacing w:val="0"/>
          <w:kern w:val="0"/>
          <w:sz w:val="16"/>
          <w:szCs w:val="16"/>
          <w:lang w:eastAsia="en-US"/>
        </w:rPr>
      </w:pPr>
      <w:r>
        <w:rPr>
          <w:rFonts w:eastAsia="Wingdings" w:cs="Wingdings" w:ascii="Wingdings" w:hAnsi="Wingdings"/>
          <w:spacing w:val="0"/>
          <w:kern w:val="0"/>
          <w:sz w:val="22"/>
          <w:szCs w:val="22"/>
          <w:lang w:eastAsia="en-US"/>
        </w:rPr>
        <w:sym w:font="Wingdings" w:char="f071"/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 xml:space="preserve"> </w:t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 xml:space="preserve">un contributo di € ____________________ assegnato da _____________________________ a titolo di sostegno per _____________________________________________________________________ </w:t>
      </w:r>
      <w:r>
        <w:rPr>
          <w:rFonts w:eastAsia="" w:cs="Arial" w:ascii="Arial" w:hAnsi="Arial" w:eastAsiaTheme="minorEastAsia"/>
          <w:spacing w:val="0"/>
          <w:kern w:val="0"/>
          <w:sz w:val="16"/>
          <w:szCs w:val="16"/>
          <w:lang w:eastAsia="en-US"/>
        </w:rPr>
        <w:t xml:space="preserve">(indicare se per acquisto libri di testo o  acquisto materiale didattico o - servizi e attività di supporto al diritto allo studio: trasporto scolastico, visite e viaggi d’istruzione, mensa scolastica, iscrizioni) 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SPESE AMMESSE E DOCUMENTAZIONE DI SPESA</w:t>
      </w:r>
    </w:p>
    <w:p>
      <w:pPr>
        <w:pStyle w:val="Textbody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Il sottoscritto richiedente è consapevole che:</w:t>
      </w:r>
    </w:p>
    <w:p>
      <w:pPr>
        <w:pStyle w:val="Normal"/>
        <w:spacing w:lineRule="auto" w:line="240" w:before="0" w:after="0"/>
        <w:jc w:val="both"/>
        <w:textAlignment w:val="baseline"/>
        <w:rPr>
          <w:rFonts w:ascii="Arial" w:hAnsi="Arial" w:cs="Times New Roman"/>
        </w:rPr>
      </w:pPr>
      <w:r>
        <w:rPr>
          <w:rFonts w:eastAsia="Wingdings" w:cs="Wingdings" w:ascii="Wingdings" w:hAnsi="Wingdings"/>
          <w:lang w:val="it-IT"/>
        </w:rPr>
        <w:sym w:font="Wingdings" w:char="f071"/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  <w:lang w:val="it-IT"/>
        </w:rPr>
        <w:t>il beneficio riguarda le seguenti spese, da sostenersi esclusivamente nell’anno scolastico 2026/2027: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jc w:val="both"/>
        <w:rPr>
          <w:rFonts w:ascii="Arial" w:hAnsi="Arial" w:cs="Times New Roman"/>
          <w:sz w:val="22"/>
          <w:szCs w:val="22"/>
          <w:lang w:val="it-IT"/>
        </w:rPr>
      </w:pPr>
      <w:r>
        <w:rPr>
          <w:rFonts w:cs="Times New Roman" w:ascii="Arial" w:hAnsi="Arial"/>
          <w:sz w:val="22"/>
          <w:szCs w:val="22"/>
          <w:lang w:val="it-IT"/>
        </w:rPr>
        <w:t>acquisto libri di testo;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jc w:val="both"/>
        <w:rPr>
          <w:rFonts w:ascii="Arial" w:hAnsi="Arial" w:cs="Times New Roman"/>
          <w:sz w:val="22"/>
          <w:szCs w:val="22"/>
          <w:lang w:val="it-IT"/>
        </w:rPr>
      </w:pPr>
      <w:r>
        <w:rPr>
          <w:rFonts w:cs="Times New Roman" w:ascii="Arial" w:hAnsi="Arial"/>
          <w:sz w:val="22"/>
          <w:szCs w:val="22"/>
          <w:lang w:val="it-IT"/>
        </w:rPr>
        <w:t>acquisto materiale didattico;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jc w:val="both"/>
        <w:rPr>
          <w:rFonts w:ascii="Arial" w:hAnsi="Arial"/>
          <w:sz w:val="22"/>
          <w:szCs w:val="22"/>
          <w:lang w:val="it-IT"/>
        </w:rPr>
      </w:pPr>
      <w:r>
        <w:rPr>
          <w:rFonts w:cs="Times New Roman" w:ascii="Arial" w:hAnsi="Arial"/>
          <w:sz w:val="22"/>
          <w:szCs w:val="22"/>
          <w:lang w:val="it-IT"/>
        </w:rPr>
        <w:t>servizi e attività di supporto al diritto allo studio: trasporto casa- scuola e ritorno, visite e viaggi d’istruzione, mensa scolastica.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jc w:val="both"/>
        <w:rPr>
          <w:rFonts w:ascii="Arial" w:hAnsi="Arial" w:cs="Times New Roman"/>
          <w:sz w:val="22"/>
          <w:szCs w:val="22"/>
          <w:lang w:val="it-IT"/>
        </w:rPr>
      </w:pPr>
      <w:r>
        <w:rPr>
          <w:rFonts w:cs="Times New Roman" w:ascii="Arial" w:hAnsi="Arial"/>
          <w:sz w:val="22"/>
          <w:szCs w:val="22"/>
          <w:lang w:val="it-IT"/>
        </w:rPr>
        <w:t>quote d’iscrizione ai servizi scolastici e/o alla scuola dell’infanzia comunale non paritaria ubicata nel Comune di Chianni.</w:t>
      </w:r>
    </w:p>
    <w:p>
      <w:pPr>
        <w:pStyle w:val="ListParagraph"/>
        <w:spacing w:lineRule="auto" w:line="240" w:before="0" w:after="0"/>
        <w:jc w:val="both"/>
        <w:rPr>
          <w:rFonts w:cs="Arial"/>
          <w:color w:val="C9211E"/>
          <w:sz w:val="20"/>
          <w:szCs w:val="20"/>
          <w:lang w:val="it-IT"/>
        </w:rPr>
      </w:pPr>
      <w:r>
        <w:rPr>
          <w:rFonts w:cs="Arial"/>
          <w:color w:val="C9211E"/>
          <w:sz w:val="20"/>
          <w:szCs w:val="20"/>
          <w:lang w:val="it-IT"/>
        </w:rPr>
      </w:r>
    </w:p>
    <w:p>
      <w:pPr>
        <w:pStyle w:val="Textbody"/>
        <w:rPr>
          <w:rFonts w:ascii="Arial" w:hAnsi="Arial" w:eastAsia="" w:cs="Arial" w:eastAsiaTheme="minorEastAsia"/>
          <w:spacing w:val="0"/>
          <w:kern w:val="0"/>
          <w:sz w:val="22"/>
          <w:szCs w:val="22"/>
          <w:lang w:eastAsia="en-US"/>
        </w:rPr>
      </w:pPr>
      <w:r>
        <w:rPr>
          <w:rFonts w:eastAsia="Wingdings" w:cs="Wingdings" w:ascii="Wingdings" w:hAnsi="Wingdings"/>
          <w:spacing w:val="0"/>
          <w:kern w:val="0"/>
          <w:sz w:val="22"/>
          <w:szCs w:val="22"/>
          <w:lang w:eastAsia="en-US"/>
        </w:rPr>
        <w:sym w:font="Wingdings" w:char="f071"/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 xml:space="preserve"> </w:t>
      </w:r>
      <w:r>
        <w:rPr>
          <w:rFonts w:eastAsia="" w:cs="Arial" w:ascii="Arial" w:hAnsi="Arial" w:eastAsiaTheme="minorEastAsia"/>
          <w:spacing w:val="0"/>
          <w:kern w:val="0"/>
          <w:sz w:val="22"/>
          <w:szCs w:val="22"/>
          <w:lang w:eastAsia="en-US"/>
        </w:rPr>
        <w:t>di essere consapevole che la documentazione relativa alle spese sostenute deve essere conservata sino al 31/07/2027, termine entro il quale potranno essere effettuati i controlli da parte del Comune di Chianni.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DATI PER L’EROGAZIONE DEL CONTRIBUTO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Di indicare il seguente IBAN per la corresponsione del contributo, dichiarando che lo stesso è intestato al sottoscritto richiedente: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tbl>
      <w:tblPr>
        <w:tblW w:w="86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15"/>
        <w:gridCol w:w="321"/>
        <w:gridCol w:w="320"/>
        <w:gridCol w:w="316"/>
        <w:gridCol w:w="321"/>
        <w:gridCol w:w="320"/>
        <w:gridCol w:w="316"/>
        <w:gridCol w:w="322"/>
        <w:gridCol w:w="319"/>
        <w:gridCol w:w="317"/>
        <w:gridCol w:w="321"/>
        <w:gridCol w:w="321"/>
        <w:gridCol w:w="321"/>
        <w:gridCol w:w="320"/>
        <w:gridCol w:w="317"/>
        <w:gridCol w:w="321"/>
        <w:gridCol w:w="321"/>
        <w:gridCol w:w="321"/>
        <w:gridCol w:w="320"/>
        <w:gridCol w:w="317"/>
        <w:gridCol w:w="321"/>
        <w:gridCol w:w="321"/>
        <w:gridCol w:w="321"/>
        <w:gridCol w:w="320"/>
        <w:gridCol w:w="320"/>
        <w:gridCol w:w="319"/>
        <w:gridCol w:w="321"/>
      </w:tblGrid>
      <w:tr>
        <w:trPr/>
        <w:tc>
          <w:tcPr>
            <w:tcW w:w="3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both"/>
        <w:rPr>
          <w:rFonts w:ascii="Segoe UI Symbol" w:hAnsi="Segoe UI Symbol" w:cs="Segoe UI Symbol" w:hint="eastAsia"/>
          <w:lang w:val="it-IT"/>
        </w:rPr>
      </w:pPr>
      <w:r>
        <w:rPr>
          <w:rFonts w:cs="Segoe UI Symbol" w:hint="eastAsia" w:ascii="Segoe UI Symbol" w:hAnsi="Segoe UI Symbo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  <w:t>DOCUMENTAZIONE ALLEGATA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Segoe UI Symbol" w:ascii="Segoe UI Symbol" w:hAnsi="Segoe UI Symbol"/>
          <w:sz w:val="20"/>
          <w:szCs w:val="20"/>
          <w:lang w:val="it-IT"/>
        </w:rPr>
        <w:t>☐</w:t>
      </w:r>
      <w:r>
        <w:rPr>
          <w:rFonts w:cs="Arial" w:ascii="Arial" w:hAnsi="Arial"/>
          <w:sz w:val="20"/>
          <w:szCs w:val="20"/>
          <w:lang w:val="it-IT"/>
        </w:rPr>
        <w:t xml:space="preserve"> </w:t>
      </w:r>
      <w:r>
        <w:rPr>
          <w:rFonts w:cs="Arial" w:ascii="Arial" w:hAnsi="Arial"/>
          <w:sz w:val="20"/>
          <w:szCs w:val="20"/>
          <w:lang w:val="it-IT"/>
        </w:rPr>
        <w:t>Copia documento d’identità del richiedente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Segoe UI Symbol" w:ascii="Segoe UI Symbol" w:hAnsi="Segoe UI Symbol"/>
          <w:sz w:val="20"/>
          <w:szCs w:val="20"/>
          <w:lang w:val="it-IT"/>
        </w:rPr>
        <w:t>☐</w:t>
      </w:r>
      <w:r>
        <w:rPr>
          <w:rFonts w:cs="Arial" w:ascii="Arial" w:hAnsi="Arial"/>
          <w:sz w:val="20"/>
          <w:szCs w:val="20"/>
          <w:lang w:val="it-IT"/>
        </w:rPr>
        <w:t xml:space="preserve"> </w:t>
      </w:r>
      <w:r>
        <w:rPr>
          <w:rFonts w:cs="Arial" w:ascii="Arial" w:hAnsi="Arial"/>
          <w:sz w:val="20"/>
          <w:szCs w:val="20"/>
          <w:lang w:val="it-IT"/>
        </w:rPr>
        <w:t>Autocertificazione o certificazione di iscrizione scolastica (obbligatoria nel caso di studente iscritto a scuola paritaria)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Segoe UI Symbol" w:ascii="Segoe UI Symbol" w:hAnsi="Segoe UI Symbol"/>
          <w:sz w:val="20"/>
          <w:szCs w:val="20"/>
          <w:lang w:val="it-IT"/>
        </w:rPr>
        <w:t>☐</w:t>
      </w:r>
      <w:r>
        <w:rPr>
          <w:rFonts w:cs="Arial" w:ascii="Arial" w:hAnsi="Arial"/>
          <w:sz w:val="20"/>
          <w:szCs w:val="20"/>
          <w:lang w:val="it-IT"/>
        </w:rPr>
        <w:t xml:space="preserve"> </w:t>
      </w:r>
      <w:r>
        <w:rPr>
          <w:rFonts w:cs="Arial" w:ascii="Arial" w:hAnsi="Arial"/>
          <w:sz w:val="20"/>
          <w:szCs w:val="20"/>
          <w:lang w:val="it-IT"/>
        </w:rPr>
        <w:t>Certificazione di disabilità (se richiesta la deroga ai limiti di età)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Chianni, lì ________________________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ab/>
        <w:tab/>
        <w:tab/>
        <w:tab/>
        <w:tab/>
        <w:tab/>
        <w:tab/>
        <w:tab/>
        <w:t>IL RICHIEDENTE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ab/>
        <w:tab/>
        <w:tab/>
        <w:tab/>
        <w:tab/>
        <w:tab/>
        <w:tab/>
        <w:t>_________________________</w:t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INFORMATIVA PRIVACY (Art. 13 Regolamento UE 2016/679 - GDPR)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Ai sensi dell’art. 13 del Regolamento UE 2016/679 (GDPR), il trattamento dei dati personali forniti o comunque acquisiti è esclusivamente finalizzato all’erogazione del contributo “Bonus scuola” – Edizione 2026 (a.s. 2026/2027).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Il Titolare del trattamento è il Comune di Chianni, con sede in Via della Costituente n. 9.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Il trattamento dei dati è attivato necessariamente per attuare quanto previsto dal presente Bando e avverrà presso il Comune di Chianni, con l’utilizzo di procedure anche informatiche, nei modi e nei limiti necessari per perseguire le predette finalità. Il conferimento dei dati richiesti è obbligatorio per poter accedere al beneficio economico di cui alla presente domanda.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 xml:space="preserve">I dati saranno conservati negli archivi cartacei ed informatici del Comune di Chianni per un periodo massimo di dieci anni, determinato dal limite temporale alle attività di accertamento e recupero di somme dovute per il beneficio ricevuto.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I dati saranno comunicati al Sistema informativo delle prestazioni e dei bisogni sociali dell’INPS, alla Regione Toscana e alla Guardia di Finanza per l'esecuzione dei controlli istituzionali, nonché ad altri organi della Pubblica Amministrazione se previsto da norme di legge.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All’interessato sono riconosciuti i diritti di cui al Capo III del Regolamento UE 2016/679 ed in particolare il diritto di accedere ai propri dati personali, di chiederne la rettifica, l’aggiornamento, la limitazione e la cancellazione, laddove incompleti, erronei o raccolti in violazione di legge, nonché di opporsi al trattamento per motivi legittimi.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 xml:space="preserve">Il Responsabile della protezione dei dati (DPO) è la Ditta SI.QU.AM. s.r.l, contattabile tramite PEC all’indirizzo </w:t>
      </w:r>
      <w:hyperlink r:id="rId3">
        <w:r>
          <w:rPr>
            <w:rStyle w:val="Hyperlink"/>
            <w:rFonts w:cs="Arial" w:ascii="Arial" w:hAnsi="Arial"/>
            <w:sz w:val="20"/>
            <w:szCs w:val="20"/>
            <w:lang w:val="it-IT"/>
          </w:rPr>
          <w:t>siquam@legismail.it</w:t>
        </w:r>
      </w:hyperlink>
      <w:r>
        <w:rPr>
          <w:rFonts w:cs="Arial" w:ascii="Arial" w:hAnsi="Arial"/>
          <w:sz w:val="20"/>
          <w:szCs w:val="20"/>
          <w:lang w:val="it-IT"/>
        </w:rPr>
        <w:t>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>Per accettazione</w:t>
        <w:tab/>
        <w:tab/>
        <w:tab/>
        <w:tab/>
        <w:tab/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cs="Arial" w:ascii="Arial" w:hAnsi="Arial"/>
          <w:sz w:val="20"/>
          <w:szCs w:val="20"/>
          <w:lang w:val="it-IT"/>
        </w:rPr>
        <w:tab/>
        <w:tab/>
        <w:tab/>
        <w:tab/>
        <w:tab/>
        <w:t>Firma del richiedente 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contextualSpacing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Wingdings">
    <w:charset w:val="02"/>
    <w:family w:val="roman"/>
    <w:pitch w:val="variable"/>
  </w:font>
  <w:font w:name="Tahoma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Arial Narrow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Helvetica">
    <w:altName w:val="Arial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Segoe UI Symbol"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ptos">
    <w:charset w:val="01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Aptos" w:hAnsi="Aptos" w:cs="Aptos" w:hint="default"/>
      </w:rPr>
    </w:lvl>
    <w:lvl w:ilvl="1">
      <w:start w:val="0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l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Aptos" w:hAnsi="Aptos" w:cs="Aptos" w:hint="default"/>
      </w:rPr>
    </w:lvl>
    <w:lvl w:ilvl="4">
      <w:start w:val="0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l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Aptos" w:hAnsi="Aptos" w:cs="Aptos" w:hint="default"/>
      </w:rPr>
    </w:lvl>
    <w:lvl w:ilvl="7">
      <w:start w:val="0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l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1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a41478"/>
    <w:rPr>
      <w:color w:themeColor="hyperlink" w:val="0000FF"/>
      <w:u w:val="single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PreformattatoHTMLCarattere" w:customStyle="1">
    <w:name w:val="Preformattato HTML Carattere"/>
    <w:qFormat/>
    <w:rPr>
      <w:rFonts w:ascii="Courier New" w:hAnsi="Courier New" w:cs="Courier New"/>
    </w:rPr>
  </w:style>
  <w:style w:type="character" w:styleId="TestocommentoCarattere1" w:customStyle="1">
    <w:name w:val="Testo commento Carattere1"/>
    <w:qFormat/>
    <w:rPr>
      <w:rFonts w:ascii="Calibri" w:hAnsi="Calibri" w:eastAsia="Calibri" w:cs="Calibri"/>
      <w:kern w:val="2"/>
    </w:rPr>
  </w:style>
  <w:style w:type="character" w:styleId="TestocommentoCarattere" w:customStyle="1">
    <w:name w:val="Testo commento Carattere"/>
    <w:qFormat/>
    <w:rPr/>
  </w:style>
  <w:style w:type="character" w:styleId="CommentReference">
    <w:name w:val="annotation reference"/>
    <w:qFormat/>
    <w:rPr>
      <w:sz w:val="16"/>
      <w:szCs w:val="16"/>
    </w:rPr>
  </w:style>
  <w:style w:type="character" w:styleId="Caratterinotaapidipaginauser" w:customStyle="1">
    <w:name w:val="Caratteri nota a piè di pagina (user)"/>
    <w:qFormat/>
    <w:rPr>
      <w:vertAlign w:val="superscript"/>
    </w:rPr>
  </w:style>
  <w:style w:type="character" w:styleId="WW8Num25z4" w:customStyle="1">
    <w:name w:val="WW8Num25z4"/>
    <w:qFormat/>
    <w:rPr>
      <w:rFonts w:ascii="Courier New" w:hAnsi="Courier New" w:cs="Courier New"/>
    </w:rPr>
  </w:style>
  <w:style w:type="character" w:styleId="WW8Num25z1" w:customStyle="1">
    <w:name w:val="WW8Num25z1"/>
    <w:qFormat/>
    <w:rPr>
      <w:rFonts w:ascii="Wingdings" w:hAnsi="Wingdings" w:cs="Wingdings"/>
    </w:rPr>
  </w:style>
  <w:style w:type="character" w:styleId="WW8Num25z0" w:customStyle="1">
    <w:name w:val="WW8Num25z0"/>
    <w:qFormat/>
    <w:rPr>
      <w:rFonts w:ascii="Symbol" w:hAnsi="Symbol" w:cs="Symbol"/>
      <w:lang w:val="en-GB"/>
    </w:rPr>
  </w:style>
  <w:style w:type="character" w:styleId="Caratterenotaapidipagina" w:customStyle="1">
    <w:name w:val="Carattere nota a piè di pagina"/>
    <w:qFormat/>
    <w:rPr>
      <w:vertAlign w:val="superscript"/>
    </w:rPr>
  </w:style>
  <w:style w:type="character" w:styleId="Absatz-Standardschriftart" w:customStyle="1">
    <w:name w:val="Absatz-Standardschriftart"/>
    <w:qFormat/>
    <w:rPr/>
  </w:style>
  <w:style w:type="character" w:styleId="WW8Num23z4" w:customStyle="1">
    <w:name w:val="WW8Num23z4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6z8" w:customStyle="1">
    <w:name w:val="WW8Num6z8"/>
    <w:qFormat/>
    <w:rPr/>
  </w:style>
  <w:style w:type="character" w:styleId="WW8Num6z7" w:customStyle="1">
    <w:name w:val="WW8Num6z7"/>
    <w:qFormat/>
    <w:rPr/>
  </w:style>
  <w:style w:type="character" w:styleId="WW8Num6z6" w:customStyle="1">
    <w:name w:val="WW8Num6z6"/>
    <w:qFormat/>
    <w:rPr/>
  </w:style>
  <w:style w:type="character" w:styleId="WW8Num6z5" w:customStyle="1">
    <w:name w:val="WW8Num6z5"/>
    <w:qFormat/>
    <w:rPr/>
  </w:style>
  <w:style w:type="character" w:styleId="WW8Num6z4" w:customStyle="1">
    <w:name w:val="WW8Num6z4"/>
    <w:qFormat/>
    <w:rPr/>
  </w:style>
  <w:style w:type="character" w:styleId="WW8Num6z3" w:customStyle="1">
    <w:name w:val="WW8Num6z3"/>
    <w:qFormat/>
    <w:rPr/>
  </w:style>
  <w:style w:type="character" w:styleId="WW8Num6z2" w:customStyle="1">
    <w:name w:val="WW8Num6z2"/>
    <w:qFormat/>
    <w:rPr/>
  </w:style>
  <w:style w:type="character" w:styleId="WW8Num22z8" w:customStyle="1">
    <w:name w:val="WW8Num22z8"/>
    <w:qFormat/>
    <w:rPr/>
  </w:style>
  <w:style w:type="character" w:styleId="WW8Num22z7" w:customStyle="1">
    <w:name w:val="WW8Num22z7"/>
    <w:qFormat/>
    <w:rPr/>
  </w:style>
  <w:style w:type="character" w:styleId="WW8Num22z6" w:customStyle="1">
    <w:name w:val="WW8Num22z6"/>
    <w:qFormat/>
    <w:rPr/>
  </w:style>
  <w:style w:type="character" w:styleId="WW8Num22z5" w:customStyle="1">
    <w:name w:val="WW8Num22z5"/>
    <w:qFormat/>
    <w:rPr/>
  </w:style>
  <w:style w:type="character" w:styleId="WW8Num22z4" w:customStyle="1">
    <w:name w:val="WW8Num22z4"/>
    <w:qFormat/>
    <w:rPr/>
  </w:style>
  <w:style w:type="character" w:styleId="TestofumettoCarattere" w:customStyle="1">
    <w:name w:val="Testo fumetto Carattere"/>
    <w:qFormat/>
    <w:rPr>
      <w:rFonts w:ascii="Tahoma" w:hAnsi="Tahoma" w:cs="Tahoma"/>
      <w:sz w:val="16"/>
      <w:szCs w:val="16"/>
    </w:rPr>
  </w:style>
  <w:style w:type="character" w:styleId="Carpredefinitoparagrafo1" w:customStyle="1">
    <w:name w:val="Car. predefinito paragrafo1"/>
    <w:qFormat/>
    <w:rPr/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10z4" w:customStyle="1">
    <w:name w:val="WW8Num10z4"/>
    <w:qFormat/>
    <w:rPr>
      <w:rFonts w:ascii="Courier New" w:hAnsi="Courier New" w:cs="Courier New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/>
  </w:style>
  <w:style w:type="character" w:styleId="WW8Num24z0" w:customStyle="1">
    <w:name w:val="WW8Num24z0"/>
    <w:qFormat/>
    <w:rPr/>
  </w:style>
  <w:style w:type="character" w:styleId="WW8Num23z3" w:customStyle="1">
    <w:name w:val="WW8Num23z3"/>
    <w:qFormat/>
    <w:rPr>
      <w:rFonts w:ascii="Aptos" w:hAnsi="Aptos" w:cs="Aptos"/>
    </w:rPr>
  </w:style>
  <w:style w:type="character" w:styleId="WW8Num23z1" w:customStyle="1">
    <w:name w:val="WW8Num23z1"/>
    <w:qFormat/>
    <w:rPr>
      <w:rFonts w:cs="Courier New"/>
    </w:rPr>
  </w:style>
  <w:style w:type="character" w:styleId="WW8Num23z0" w:customStyle="1">
    <w:name w:val="WW8Num23z0"/>
    <w:qFormat/>
    <w:rPr>
      <w:rFonts w:ascii="Aptos" w:hAnsi="Aptos" w:eastAsia="Aptos" w:cs="Tahoma"/>
    </w:rPr>
  </w:style>
  <w:style w:type="character" w:styleId="WW8Num22z3" w:customStyle="1">
    <w:name w:val="WW8Num22z3"/>
    <w:qFormat/>
    <w:rPr>
      <w:rFonts w:ascii="Symbol" w:hAnsi="Symbol" w:cs="Symbol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0" w:customStyle="1">
    <w:name w:val="WW8Num22z0"/>
    <w:qFormat/>
    <w:rPr>
      <w:rFonts w:ascii="Arial" w:hAnsi="Arial" w:eastAsia="Times New Roman" w:cs="Arial"/>
    </w:rPr>
  </w:style>
  <w:style w:type="character" w:styleId="WW8Num21z1" w:customStyle="1">
    <w:name w:val="WW8Num21z1"/>
    <w:qFormat/>
    <w:rPr>
      <w:lang w:bidi="ar-SA"/>
    </w:rPr>
  </w:style>
  <w:style w:type="character" w:styleId="WW8Num21z0" w:customStyle="1">
    <w:name w:val="WW8Num21z0"/>
    <w:qFormat/>
    <w:rPr>
      <w:rFonts w:ascii="Times New Roman" w:hAnsi="Times New Roman" w:eastAsia="Times New Roman" w:cs="Times New Roman"/>
      <w:b w:val="false"/>
      <w:bCs w:val="false"/>
      <w:i/>
      <w:iCs/>
      <w:spacing w:val="0"/>
      <w:w w:val="100"/>
      <w:sz w:val="24"/>
      <w:szCs w:val="24"/>
      <w:lang w:bidi="ar-SA"/>
    </w:rPr>
  </w:style>
  <w:style w:type="character" w:styleId="WW8Num20z0" w:customStyle="1">
    <w:name w:val="WW8Num20z0"/>
    <w:qFormat/>
    <w:rPr/>
  </w:style>
  <w:style w:type="character" w:styleId="WW8Num19z2" w:customStyle="1">
    <w:name w:val="WW8Num19z2"/>
    <w:qFormat/>
    <w:rPr>
      <w:rFonts w:ascii="Wingdings" w:hAnsi="Wingdings" w:cs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0" w:customStyle="1">
    <w:name w:val="WW8Num19z0"/>
    <w:qFormat/>
    <w:rPr>
      <w:rFonts w:ascii="Symbol" w:hAnsi="Symbol" w:cs="Symbol"/>
    </w:rPr>
  </w:style>
  <w:style w:type="character" w:styleId="WW8Num18z2" w:customStyle="1">
    <w:name w:val="WW8Num18z2"/>
    <w:qFormat/>
    <w:rPr>
      <w:rFonts w:ascii="Wingdings" w:hAnsi="Wingdings" w:cs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 w:cs="Symbol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0" w:customStyle="1">
    <w:name w:val="WW8Num17z0"/>
    <w:qFormat/>
    <w:rPr>
      <w:rFonts w:ascii="Symbol" w:hAnsi="Symbol" w:cs="Symbol"/>
    </w:rPr>
  </w:style>
  <w:style w:type="character" w:styleId="WW8Num16z4" w:customStyle="1">
    <w:name w:val="WW8Num16z4"/>
    <w:qFormat/>
    <w:rPr>
      <w:rFonts w:ascii="Courier New" w:hAnsi="Courier New" w:cs="Courier New"/>
    </w:rPr>
  </w:style>
  <w:style w:type="character" w:styleId="WW8Num16z1" w:customStyle="1">
    <w:name w:val="WW8Num16z1"/>
    <w:qFormat/>
    <w:rPr>
      <w:rFonts w:ascii="Wingdings" w:hAnsi="Wingdings" w:cs="Wingdings"/>
    </w:rPr>
  </w:style>
  <w:style w:type="character" w:styleId="WW8Num16z0" w:customStyle="1">
    <w:name w:val="WW8Num16z0"/>
    <w:qFormat/>
    <w:rPr>
      <w:rFonts w:ascii="Symbol" w:hAnsi="Symbol" w:cs="Symbol"/>
      <w:lang w:val="en-GB"/>
    </w:rPr>
  </w:style>
  <w:style w:type="character" w:styleId="WW8Num15z3" w:customStyle="1">
    <w:name w:val="WW8Num15z3"/>
    <w:qFormat/>
    <w:rPr>
      <w:rFonts w:ascii="Symbol" w:hAnsi="Symbol" w:cs="Symbol"/>
    </w:rPr>
  </w:style>
  <w:style w:type="character" w:styleId="WW8Num15z2" w:customStyle="1">
    <w:name w:val="WW8Num15z2"/>
    <w:qFormat/>
    <w:rPr>
      <w:rFonts w:ascii="Wingdings" w:hAnsi="Wingdings" w:cs="Wingdings"/>
    </w:rPr>
  </w:style>
  <w:style w:type="character" w:styleId="WW8Num15z1" w:customStyle="1">
    <w:name w:val="WW8Num15z1"/>
    <w:qFormat/>
    <w:rPr>
      <w:rFonts w:ascii="Courier New" w:hAnsi="Courier New" w:cs="Courier New"/>
    </w:rPr>
  </w:style>
  <w:style w:type="character" w:styleId="WW8Num15z0" w:customStyle="1">
    <w:name w:val="WW8Num15z0"/>
    <w:qFormat/>
    <w:rPr>
      <w:rFonts w:ascii="Arial" w:hAnsi="Arial" w:eastAsia="Times New Roman" w:cs="Arial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4z2" w:customStyle="1">
    <w:name w:val="WW8Num14z2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Times New Roman" w:hAnsi="Times New Roman" w:eastAsia="Arial Unicode MS" w:cs="Times New Roman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WW8Num12z1" w:customStyle="1">
    <w:name w:val="WW8Num12z1"/>
    <w:qFormat/>
    <w:rPr>
      <w:rFonts w:ascii="Courier New" w:hAnsi="Courier New" w:cs="Courier New"/>
    </w:rPr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rFonts w:ascii="Arial Narrow" w:hAnsi="Arial Narrow" w:eastAsia="Times New Roman" w:cs="Times New Roman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Arial" w:hAnsi="Arial" w:eastAsia="Times New Roman" w:cs="Arial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0" w:customStyle="1">
    <w:name w:val="WW8Num9z0"/>
    <w:qFormat/>
    <w:rPr>
      <w:rFonts w:ascii="Symbol" w:hAnsi="Symbol" w:cs="Symbol"/>
      <w:color w:val="auto"/>
      <w:sz w:val="22"/>
      <w:szCs w:val="20"/>
      <w:lang w:bidi="ar-SA"/>
    </w:rPr>
  </w:style>
  <w:style w:type="character" w:styleId="WW8Num8z4" w:customStyle="1">
    <w:name w:val="WW8Num8z4"/>
    <w:qFormat/>
    <w:rPr>
      <w:rFonts w:ascii="Courier New" w:hAnsi="Courier New" w:cs="Courier New"/>
    </w:rPr>
  </w:style>
  <w:style w:type="character" w:styleId="WW8Num8z1" w:customStyle="1">
    <w:name w:val="WW8Num8z1"/>
    <w:qFormat/>
    <w:rPr>
      <w:rFonts w:ascii="Wingdings" w:hAnsi="Wingdings" w:cs="Wingdings"/>
    </w:rPr>
  </w:style>
  <w:style w:type="character" w:styleId="WW8Num8z0" w:customStyle="1">
    <w:name w:val="WW8Num8z0"/>
    <w:qFormat/>
    <w:rPr>
      <w:rFonts w:ascii="Symbol" w:hAnsi="Symbol" w:cs="Symbol"/>
      <w:color w:val="auto"/>
      <w:sz w:val="22"/>
      <w:szCs w:val="20"/>
      <w:lang w:val="en-GB" w:bidi="ar-SA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0" w:customStyle="1">
    <w:name w:val="WW8Num7z0"/>
    <w:qFormat/>
    <w:rPr>
      <w:rFonts w:ascii="Times New Roman" w:hAnsi="Times New Roman" w:cs="Symbol"/>
      <w:color w:val="auto"/>
      <w:sz w:val="22"/>
      <w:szCs w:val="20"/>
      <w:lang w:bidi="ar-SA"/>
    </w:rPr>
  </w:style>
  <w:style w:type="character" w:styleId="WW8Num6z1" w:customStyle="1">
    <w:name w:val="WW8Num6z1"/>
    <w:qFormat/>
    <w:rPr>
      <w:rFonts w:ascii="Liberation Serif;Times New Roma" w:hAnsi="Liberation Serif;Times New Roma" w:cs="Liberation Serif;Times New Roma"/>
      <w:lang w:bidi="ar-SA"/>
    </w:rPr>
  </w:style>
  <w:style w:type="character" w:styleId="WW8Num6z0" w:customStyle="1">
    <w:name w:val="WW8Num6z0"/>
    <w:qFormat/>
    <w:rPr>
      <w:rFonts w:ascii="Times New Roman" w:hAnsi="Times New Roman" w:eastAsia="Times New Roman" w:cs="Times New Roman"/>
      <w:b w:val="false"/>
      <w:bCs w:val="false"/>
      <w:i/>
      <w:iCs/>
      <w:spacing w:val="0"/>
      <w:w w:val="100"/>
      <w:sz w:val="24"/>
      <w:szCs w:val="24"/>
      <w:lang w:bidi="ar-SA"/>
    </w:rPr>
  </w:style>
  <w:style w:type="character" w:styleId="WW8Num5z3" w:customStyle="1">
    <w:name w:val="WW8Num5z3"/>
    <w:qFormat/>
    <w:rPr>
      <w:rFonts w:ascii="Aptos" w:hAnsi="Aptos" w:cs="Aptos"/>
    </w:rPr>
  </w:style>
  <w:style w:type="character" w:styleId="WW8Num5z2" w:customStyle="1">
    <w:name w:val="WW8Num5z2"/>
    <w:qFormat/>
    <w:rPr>
      <w:rFonts w:ascii="Wingdings" w:hAnsi="Wingdings" w:cs="Wingdings"/>
    </w:rPr>
  </w:style>
  <w:style w:type="character" w:styleId="WW8Num5z1" w:customStyle="1">
    <w:name w:val="WW8Num5z1"/>
    <w:qFormat/>
    <w:rPr>
      <w:rFonts w:ascii="Liberation Serif;Times New Roma" w:hAnsi="Liberation Serif;Times New Roma" w:cs="Courier New"/>
    </w:rPr>
  </w:style>
  <w:style w:type="character" w:styleId="WW8Num5z0" w:customStyle="1">
    <w:name w:val="WW8Num5z0"/>
    <w:qFormat/>
    <w:rPr>
      <w:rFonts w:ascii="Aptos" w:hAnsi="Aptos" w:cs="Tahoma"/>
    </w:rPr>
  </w:style>
  <w:style w:type="character" w:styleId="WW8Num4z3" w:customStyle="1">
    <w:name w:val="WW8Num4z3"/>
    <w:qFormat/>
    <w:rPr>
      <w:rFonts w:ascii="Aptos" w:hAnsi="Aptos" w:cs="Aptos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1" w:customStyle="1">
    <w:name w:val="WW8Num4z1"/>
    <w:qFormat/>
    <w:rPr>
      <w:rFonts w:ascii="Liberation Serif;Times New Roma" w:hAnsi="Liberation Serif;Times New Roma" w:cs="Courier New"/>
    </w:rPr>
  </w:style>
  <w:style w:type="character" w:styleId="WW8Num4z0" w:customStyle="1">
    <w:name w:val="WW8Num4z0"/>
    <w:qFormat/>
    <w:rPr>
      <w:rFonts w:ascii="Aptos" w:hAnsi="Aptos" w:cs="Tahoma"/>
    </w:rPr>
  </w:style>
  <w:style w:type="character" w:styleId="WW8Num3z1" w:customStyle="1">
    <w:name w:val="WW8Num3z1"/>
    <w:qFormat/>
    <w:rPr>
      <w:rFonts w:ascii="Liberation Serif;Times New Roma" w:hAnsi="Liberation Serif;Times New Roma" w:cs="Liberation Serif;Times New Roma"/>
      <w:lang w:bidi="ar-SA"/>
    </w:rPr>
  </w:style>
  <w:style w:type="character" w:styleId="WW8Num3z0" w:customStyle="1">
    <w:name w:val="WW8Num3z0"/>
    <w:qFormat/>
    <w:rPr>
      <w:rFonts w:ascii="Times New Roman" w:hAnsi="Times New Roman" w:eastAsia="Times New Roman" w:cs="Times New Roman"/>
      <w:b w:val="false"/>
      <w:bCs w:val="false"/>
      <w:i/>
      <w:iCs/>
      <w:spacing w:val="0"/>
      <w:w w:val="100"/>
      <w:sz w:val="24"/>
      <w:szCs w:val="24"/>
      <w:lang w:bidi="ar-SA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star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Standard"/>
    <w:qFormat/>
    <w:pPr>
      <w:spacing w:before="0" w:after="160"/>
      <w:ind w:start="720"/>
    </w:pPr>
    <w:rPr>
      <w:rFonts w:ascii="Aptos" w:hAnsi="Aptos" w:eastAsia="Aptos" w:cs="Tahoma"/>
      <w:sz w:val="24"/>
      <w:szCs w:val="24"/>
    </w:rPr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extbody" w:customStyle="1">
    <w:name w:val="Text body"/>
    <w:basedOn w:val="Normal"/>
    <w:qFormat/>
    <w:rsid w:val="008e282a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spacing w:val="-4"/>
      <w:kern w:val="2"/>
      <w:sz w:val="20"/>
      <w:szCs w:val="20"/>
      <w:lang w:val="it-IT" w:eastAsia="zh-CN"/>
    </w:rPr>
  </w:style>
  <w:style w:type="paragraph" w:styleId="Textbody1" w:customStyle="1">
    <w:name w:val="Text body1"/>
    <w:basedOn w:val="Standard"/>
    <w:qFormat/>
    <w:pPr>
      <w:widowControl w:val="false"/>
      <w:spacing w:lineRule="auto" w:line="240" w:before="0" w:after="0"/>
      <w:ind w:start="143"/>
      <w:jc w:val="both"/>
    </w:pPr>
    <w:rPr>
      <w:rFonts w:ascii="Times New Roman" w:hAnsi="Times New Roman" w:eastAsia="Times New Roman" w:cs="Times New Roman"/>
      <w:kern w:val="0"/>
      <w:sz w:val="24"/>
      <w:szCs w:val="24"/>
    </w:rPr>
  </w:style>
  <w:style w:type="paragraph" w:styleId="Footer2" w:customStyle="1">
    <w:name w:val="Footer2"/>
    <w:basedOn w:val="Footer"/>
    <w:qFormat/>
    <w:pPr>
      <w:tabs>
        <w:tab w:val="clear" w:pos="4680"/>
        <w:tab w:val="clear" w:pos="9360"/>
        <w:tab w:val="right" w:pos="8505" w:leader="none"/>
      </w:tabs>
      <w:suppressAutoHyphens w:val="false"/>
      <w:jc w:val="both"/>
    </w:pPr>
    <w:rPr>
      <w:rFonts w:ascii="Helvetica;Arial" w:hAnsi="Helvetica;Arial" w:cs="Helvetica;Arial"/>
      <w:sz w:val="16"/>
    </w:rPr>
  </w:style>
  <w:style w:type="paragraph" w:styleId="HTMLPreformatted">
    <w:name w:val="HTML Preformatted"/>
    <w:basedOn w:val="Normal"/>
    <w:qFormat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</w:rPr>
  </w:style>
  <w:style w:type="paragraph" w:styleId="NormalWeb">
    <w:name w:val="Normal (Web)"/>
    <w:basedOn w:val="Normal"/>
    <w:qFormat/>
    <w:pPr>
      <w:suppressAutoHyphens w:val="false"/>
      <w:spacing w:before="100" w:after="100"/>
    </w:pPr>
    <w:rPr>
      <w:sz w:val="24"/>
      <w:szCs w:val="24"/>
    </w:rPr>
  </w:style>
  <w:style w:type="paragraph" w:styleId="CommentText">
    <w:name w:val="annotation text"/>
    <w:basedOn w:val="Standard"/>
    <w:qFormat/>
    <w:pPr>
      <w:spacing w:lineRule="auto" w:line="240"/>
      <w:textAlignment w:val="auto"/>
    </w:pPr>
    <w:rPr>
      <w:sz w:val="20"/>
      <w:szCs w:val="20"/>
    </w:rPr>
  </w:style>
  <w:style w:type="paragraph" w:styleId="Contenutotabellauser" w:customStyle="1">
    <w:name w:val="Contenuto tabella (user)"/>
    <w:basedOn w:val="Normal"/>
    <w:qFormat/>
    <w:pPr>
      <w:widowControl w:val="false"/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paragraph" w:styleId="Contenutocorniceuser" w:customStyle="1">
    <w:name w:val="Contenuto cornice (user)"/>
    <w:basedOn w:val="Normal"/>
    <w:qFormat/>
    <w:pPr/>
    <w:rPr/>
  </w:style>
  <w:style w:type="paragraph" w:styleId="FootnoteText">
    <w:name w:val="footnote text"/>
    <w:basedOn w:val="Normal"/>
    <w:pPr>
      <w:suppressLineNumbers/>
      <w:ind w:hanging="339" w:start="339"/>
    </w:pPr>
    <w:rPr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star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en-US" w:eastAsia="en-US" w:bidi="ar-SA"/>
    </w:rPr>
  </w:style>
  <w:style w:type="paragraph" w:styleId="TableParagraph" w:customStyle="1">
    <w:name w:val="Table Paragraph"/>
    <w:basedOn w:val="Normal"/>
    <w:qFormat/>
    <w:pPr/>
    <w:rPr/>
  </w:style>
  <w:style w:type="paragraph" w:styleId="Textkrper" w:customStyle="1">
    <w:name w:val="Textkörper"/>
    <w:basedOn w:val="Normal"/>
    <w:qFormat/>
    <w:pPr>
      <w:spacing w:before="57" w:after="0"/>
      <w:ind w:start="377"/>
    </w:pPr>
    <w:rPr>
      <w:rFonts w:ascii="Calibri" w:hAnsi="Calibri" w:eastAsia="Calibri" w:cs="Calibri"/>
      <w:b/>
      <w:bCs/>
      <w:sz w:val="26"/>
      <w:szCs w:val="26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en-US" w:eastAsia="en-US" w:bidi="ar-SA"/>
    </w:rPr>
  </w:style>
  <w:style w:type="paragraph" w:styleId="Titolo10user" w:customStyle="1">
    <w:name w:val="Titolo 10 (user)"/>
    <w:basedOn w:val="Titolo1"/>
    <w:next w:val="BodyText"/>
    <w:qFormat/>
    <w:pPr>
      <w:numPr>
        <w:ilvl w:val="0"/>
        <w:numId w:val="10"/>
      </w:numPr>
      <w:spacing w:before="60" w:after="60"/>
    </w:pPr>
    <w:rPr>
      <w:b/>
      <w:bCs/>
      <w:sz w:val="21"/>
      <w:szCs w:val="21"/>
    </w:rPr>
  </w:style>
  <w:style w:type="paragraph" w:styleId="Citazioneinblocco" w:customStyle="1">
    <w:name w:val="Citazione in blocco"/>
    <w:basedOn w:val="Normal"/>
    <w:qFormat/>
    <w:pPr>
      <w:spacing w:before="0" w:after="283"/>
      <w:ind w:start="567" w:end="567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Rientrocorpodeltesto31" w:customStyle="1">
    <w:name w:val="Rientro corpo del testo 31"/>
    <w:basedOn w:val="Normal"/>
    <w:qFormat/>
    <w:pPr>
      <w:ind w:hanging="796"/>
      <w:jc w:val="both"/>
    </w:pPr>
    <w:rPr>
      <w:rFonts w:ascii="Arial" w:hAnsi="Arial" w:cs="Arial"/>
    </w:rPr>
  </w:style>
  <w:style w:type="paragraph" w:styleId="Rientrocorpodeltesto21" w:customStyle="1">
    <w:name w:val="Rientro corpo del testo 21"/>
    <w:basedOn w:val="Normal"/>
    <w:qFormat/>
    <w:pPr>
      <w:ind w:firstLine="708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pPr>
      <w:ind w:start="360"/>
      <w:jc w:val="both"/>
    </w:pPr>
    <w:rPr>
      <w:rFonts w:ascii="Arial" w:hAnsi="Arial" w:cs="Arial"/>
      <w:sz w:val="24"/>
    </w:rPr>
  </w:style>
  <w:style w:type="paragraph" w:styleId="Corpodeltesto31" w:customStyle="1">
    <w:name w:val="Corpo del testo 31"/>
    <w:basedOn w:val="Normal"/>
    <w:qFormat/>
    <w:pPr>
      <w:jc w:val="both"/>
    </w:pPr>
    <w:rPr>
      <w:rFonts w:ascii="Arial" w:hAnsi="Arial" w:cs="Arial"/>
      <w:sz w:val="24"/>
    </w:rPr>
  </w:style>
  <w:style w:type="paragraph" w:styleId="Corpodeltesto21" w:customStyle="1">
    <w:name w:val="Corpo del testo 21"/>
    <w:basedOn w:val="Normal"/>
    <w:qFormat/>
    <w:pPr/>
    <w:rPr>
      <w:rFonts w:ascii="Arial" w:hAnsi="Arial" w:cs="Arial"/>
      <w:sz w:val="24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ontenutocornice">
    <w:name w:val="Contenuto cornice"/>
    <w:basedOn w:val="Normal"/>
    <w:qFormat/>
    <w:pPr/>
    <w:rPr/>
  </w:style>
  <w:style w:type="numbering" w:styleId="Nessunelenco" w:customStyle="1">
    <w:name w:val="Nessun elenco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mune.chianni@postacert.toscana.it" TargetMode="External"/><Relationship Id="rId3" Type="http://schemas.openxmlformats.org/officeDocument/2006/relationships/hyperlink" Target="mailto:siquam@legismail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LibreOffice/26.2.6.3$Windows_X86_64 LibreOffice_project/8221e31b3ac356a1623c672912a3d2b492f7e3d1</Application>
  <AppVersion>15.0000</AppVersion>
  <Pages>2</Pages>
  <Words>855</Words>
  <Characters>5615</Characters>
  <CharactersWithSpaces>6428</CharactersWithSpaces>
  <Paragraphs>67</Paragraphs>
  <Company>Unione Valdera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2025-10-23T10:38:00Z</dcterms:created>
  <dc:creator>python-docx</dc:creator>
  <dc:description>generated by python-docx</dc:description>
  <dc:language>it-IT</dc:language>
  <cp:lastModifiedBy>Alba Rubechini</cp:lastModifiedBy>
  <cp:lastPrinted>2026-10-26T11:59:00Z</cp:lastPrinted>
  <dcterms:modified xsi:type="dcterms:W3CDTF">2026-10-26T12:15:00Z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