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</w:rPr>
      </w:pPr>
      <w:r>
        <w:rPr>
          <w:b/>
        </w:rPr>
        <w:t>AL COMUNE DI CHIANNI</w:t>
        <w:br/>
      </w:r>
      <w:r>
        <w:rPr>
          <w:b/>
          <w:i/>
        </w:rPr>
        <w:t>PEC: comune.chianni@postacert.toscana.it</w:t>
        <w:br/>
      </w:r>
    </w:p>
    <w:p>
      <w:pPr>
        <w:pStyle w:val="Normal"/>
        <w:spacing w:lineRule="auto" w:line="240" w:before="240" w:after="0"/>
        <w:jc w:val="both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OGGETTO: Istanza di ammissione al bando pubblico per l'erogazione di contributi economici straordinari per l'autonoma organizzazione del trasporto scolastico di studenti con disabilità privi di autonomia – A.s. 2026/2027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36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Il/La sottoscritto/a_____________________________________________________________</w:t>
        <w:br/>
        <w:t>nato/a a _________________________________________ (____) il _____/_____/_________</w:t>
        <w:br/>
        <w:t>residente a Chianni (PI) in Via/Piazza ____________________________________ n. _______</w:t>
        <w:br/>
        <w:t xml:space="preserve">Codice Fiscale ______________________________________ </w:t>
      </w:r>
    </w:p>
    <w:p>
      <w:pPr>
        <w:pStyle w:val="Normal"/>
        <w:spacing w:lineRule="auto" w:line="36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Tel. _____________________ PEC ______________________________________________</w:t>
        <w:br/>
        <w:t xml:space="preserve">in qualità di:   </w:t>
      </w:r>
    </w:p>
    <w:p>
      <w:pPr>
        <w:pStyle w:val="Normal"/>
        <w:spacing w:lineRule="auto" w:line="36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 xml:space="preserve">Genitore   </w:t>
      </w: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Affidatario   </w:t>
      </w: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Tutore legale</w:t>
      </w:r>
    </w:p>
    <w:p>
      <w:pPr>
        <w:pStyle w:val="Normal"/>
        <w:spacing w:lineRule="auto" w:line="36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del/della  minore _____________________________________________________________</w:t>
        <w:br/>
        <w:t>nato/a a ______________________________________________ il _____/_____/_________</w:t>
        <w:br/>
        <w:t>Codice Fiscale ______________________________________ residente a Chianni (PI)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b/>
          <w:sz w:val="24"/>
          <w:szCs w:val="24"/>
          <w:lang w:val="it-IT"/>
        </w:rPr>
      </w:pPr>
      <w:r>
        <w:rPr>
          <w:rFonts w:cs="Arial"/>
          <w:b/>
          <w:sz w:val="24"/>
          <w:szCs w:val="24"/>
          <w:lang w:val="it-IT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b/>
          <w:sz w:val="24"/>
          <w:szCs w:val="24"/>
          <w:lang w:val="it-IT"/>
        </w:rPr>
      </w:pPr>
      <w:r>
        <w:rPr>
          <w:rFonts w:cs="Arial"/>
          <w:b/>
          <w:sz w:val="24"/>
          <w:szCs w:val="24"/>
          <w:lang w:val="it-IT"/>
        </w:rPr>
        <w:t>CHIEDE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l'assegnazione del contributo economico per l'autonoma organizzazione del trasporto scolastico dell'alunno disabile sopraindicato per l'a.s. 2026/2027.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rPr>
          <w:rFonts w:cs="Arial"/>
          <w:b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Il/La sottoscritto/a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b/>
          <w:sz w:val="24"/>
          <w:szCs w:val="24"/>
          <w:lang w:val="it-IT"/>
        </w:rPr>
      </w:pPr>
      <w:r>
        <w:rPr>
          <w:rFonts w:cs="Arial"/>
          <w:b/>
          <w:sz w:val="24"/>
          <w:szCs w:val="24"/>
          <w:lang w:val="it-IT"/>
        </w:rPr>
        <w:t>DICHIARA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iCs/>
          <w:sz w:val="20"/>
          <w:szCs w:val="20"/>
          <w:lang w:val="it-IT"/>
        </w:rPr>
      </w:pPr>
      <w:r>
        <w:rPr>
          <w:rFonts w:cs="Arial"/>
          <w:iCs/>
          <w:sz w:val="20"/>
          <w:szCs w:val="20"/>
          <w:lang w:val="it-IT"/>
        </w:rPr>
        <w:t>ai sensi degli artt. 46 e 47 del D.P.R. n. 445/2000, consapevole delle sanzioni penali previste dall'art. 76 del medesimo D.P.R. in caso di ipotesi di falsità in atti e dichiarazioni mendaci, nonché della decadenza dal beneficio eventualmente conseguito: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iCs/>
          <w:sz w:val="20"/>
          <w:szCs w:val="20"/>
          <w:lang w:val="it-IT"/>
        </w:rPr>
      </w:pPr>
      <w:r>
        <w:rPr>
          <w:rFonts w:cs="Arial"/>
          <w:iCs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che il minore è iscritto e frequenta per l'a.s. 2026/2027: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SCUOLA SECONDARIA DI PRIMO GRADO sita nel Comune di......................................................................, stante l'assenza della scuola nel Comune di Chianni;</w:t>
      </w:r>
    </w:p>
    <w:p>
      <w:pPr>
        <w:pStyle w:val="Normal"/>
        <w:spacing w:lineRule="auto" w:line="240" w:before="0" w:after="0"/>
        <w:ind w:firstLine="72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 xml:space="preserve">SCUOLA DELL'INFANZIA oppure  </w:t>
      </w: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SCUOLA PRIMARIA</w:t>
      </w:r>
    </w:p>
    <w:p>
      <w:pPr>
        <w:pStyle w:val="Normal"/>
        <w:spacing w:lineRule="auto" w:line="240" w:before="0" w:after="0"/>
        <w:ind w:start="144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ind w:start="144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presso il Comune di Chianni</w:t>
      </w:r>
    </w:p>
    <w:p>
      <w:pPr>
        <w:pStyle w:val="Normal"/>
        <w:spacing w:lineRule="auto" w:line="240" w:before="0" w:after="0"/>
        <w:ind w:start="144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presso la scuola sita nel Comune di ...........................................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Ai fini dell'attribuzione dei punteggi di priorità logistica e della quantificazione della fascia economica, dichiara che la distanza intercorrente tra la residenza del minore e il plesso scolastico di Chianni è: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superiore a 1 km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 xml:space="preserve">inferiore a 1 km 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 xml:space="preserve">Dichiara, inoltre, che il nucleo familiare si trova nella seguente condizione 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nucleo familiare monoparentale.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eastAsia="Wingdings" w:cs="Wingdings" w:ascii="Wingdings" w:hAnsi="Wingdings"/>
          <w:sz w:val="20"/>
          <w:szCs w:val="20"/>
          <w:lang w:val="it-IT"/>
        </w:rPr>
        <w:sym w:font="Wingdings" w:char="f071"/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nucleo familiare in cui entrambi i genitori sono lavoratori dipendenti.</w:t>
      </w:r>
    </w:p>
    <w:p>
      <w:pPr>
        <w:pStyle w:val="Normal"/>
        <w:spacing w:lineRule="auto" w:line="240" w:before="200" w:after="0"/>
        <w:rPr>
          <w:rFonts w:cs="Arial"/>
          <w:bCs/>
          <w:sz w:val="20"/>
          <w:szCs w:val="20"/>
          <w:lang w:val="it-IT"/>
        </w:rPr>
      </w:pPr>
      <w:r>
        <w:rPr>
          <w:rFonts w:cs="Arial"/>
          <w:bCs/>
          <w:sz w:val="20"/>
          <w:szCs w:val="20"/>
          <w:lang w:val="it-IT"/>
        </w:rPr>
        <w:t xml:space="preserve">Infine, </w:t>
      </w:r>
    </w:p>
    <w:p>
      <w:pPr>
        <w:pStyle w:val="Normal"/>
        <w:spacing w:lineRule="auto" w:line="240" w:before="0" w:after="0"/>
        <w:contextualSpacing/>
        <w:jc w:val="center"/>
        <w:rPr>
          <w:rFonts w:cs="Arial"/>
          <w:b/>
          <w:sz w:val="24"/>
          <w:szCs w:val="24"/>
          <w:lang w:val="it-IT"/>
        </w:rPr>
      </w:pPr>
      <w:r>
        <w:rPr>
          <w:rFonts w:cs="Arial"/>
          <w:b/>
          <w:sz w:val="24"/>
          <w:szCs w:val="24"/>
          <w:lang w:val="it-IT"/>
        </w:rPr>
        <w:t>DICHIARA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 che il minore è in possesso di certificazione attestante lo stato di disabilità ai sensi della Legge n. 104/1992;</w:t>
      </w:r>
    </w:p>
    <w:p>
      <w:pPr>
        <w:pStyle w:val="Normal"/>
        <w:spacing w:lineRule="auto" w:line="240" w:before="0" w:after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 che il minore si trova in una situazione oggettiva di privazione di autonomia e che il trasporto scolastico viene effettuato autonomamente a cura e spese della famiglia, in assenza di un servizio comunale dedicato o per specifiche esigenze correlate alla condizione del minore.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b/>
          <w:bCs/>
          <w:sz w:val="20"/>
          <w:szCs w:val="20"/>
          <w:lang w:val="it-IT"/>
        </w:rPr>
      </w:pPr>
      <w:r>
        <w:rPr>
          <w:rFonts w:cs="Arial"/>
          <w:b/>
          <w:bCs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b/>
          <w:bCs/>
          <w:sz w:val="20"/>
          <w:szCs w:val="20"/>
          <w:lang w:val="it-IT"/>
        </w:rPr>
      </w:pPr>
      <w:r>
        <w:rPr>
          <w:rFonts w:cs="Arial"/>
          <w:b/>
          <w:bCs/>
          <w:sz w:val="20"/>
          <w:szCs w:val="20"/>
          <w:lang w:val="it-IT"/>
        </w:rPr>
        <w:t>DATI PER L’EROGAZIONE DEL CONTRIBUTO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Di indicare il seguente IBAN per la corresponsione del contributo, dichiarando che lo stesso è intestato al sottoscritto richiedente: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tbl>
      <w:tblPr>
        <w:tblW w:w="8630" w:type="dxa"/>
        <w:jc w:val="start"/>
        <w:tblInd w:w="36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15"/>
        <w:gridCol w:w="321"/>
        <w:gridCol w:w="320"/>
        <w:gridCol w:w="316"/>
        <w:gridCol w:w="321"/>
        <w:gridCol w:w="320"/>
        <w:gridCol w:w="316"/>
        <w:gridCol w:w="322"/>
        <w:gridCol w:w="319"/>
        <w:gridCol w:w="317"/>
        <w:gridCol w:w="321"/>
        <w:gridCol w:w="321"/>
        <w:gridCol w:w="321"/>
        <w:gridCol w:w="320"/>
        <w:gridCol w:w="317"/>
        <w:gridCol w:w="321"/>
        <w:gridCol w:w="321"/>
        <w:gridCol w:w="321"/>
        <w:gridCol w:w="320"/>
        <w:gridCol w:w="317"/>
        <w:gridCol w:w="321"/>
        <w:gridCol w:w="321"/>
        <w:gridCol w:w="321"/>
        <w:gridCol w:w="320"/>
        <w:gridCol w:w="320"/>
        <w:gridCol w:w="319"/>
        <w:gridCol w:w="321"/>
      </w:tblGrid>
      <w:tr>
        <w:trPr/>
        <w:tc>
          <w:tcPr>
            <w:tcW w:w="3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Arial"/>
                <w:sz w:val="36"/>
                <w:szCs w:val="36"/>
                <w:lang w:val="it-IT"/>
              </w:rPr>
            </w:pPr>
            <w:r>
              <w:rPr>
                <w:rFonts w:cs="Arial"/>
                <w:sz w:val="36"/>
                <w:szCs w:val="36"/>
                <w:lang w:val="it-IT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b/>
          <w:bCs/>
          <w:sz w:val="20"/>
          <w:szCs w:val="20"/>
          <w:lang w:val="it-IT"/>
        </w:rPr>
      </w:pPr>
      <w:r>
        <w:rPr>
          <w:rFonts w:cs="Arial"/>
          <w:b/>
          <w:bCs/>
          <w:sz w:val="20"/>
          <w:szCs w:val="20"/>
          <w:lang w:val="it-IT"/>
        </w:rPr>
        <w:t>DOCUMENTAZIONE ALLEGATA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Segoe UI Symbol" w:ascii="Segoe UI Symbol" w:hAnsi="Segoe UI Symbol"/>
          <w:sz w:val="20"/>
          <w:szCs w:val="20"/>
          <w:lang w:val="it-IT"/>
        </w:rPr>
        <w:t>☐</w:t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Copia documento d’identità del richiedente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Segoe UI Symbol" w:ascii="Segoe UI Symbol" w:hAnsi="Segoe UI Symbol"/>
          <w:sz w:val="20"/>
          <w:szCs w:val="20"/>
          <w:lang w:val="it-IT"/>
        </w:rPr>
        <w:t>☐</w:t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copia del titolo di soggiorno in corso di validità per i cittadini extracomunitari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Chianni, lì ________________________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ab/>
        <w:tab/>
        <w:tab/>
        <w:tab/>
        <w:tab/>
        <w:tab/>
        <w:tab/>
        <w:tab/>
        <w:t>IL RICHIEDENTE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ab/>
        <w:tab/>
        <w:tab/>
        <w:tab/>
        <w:tab/>
        <w:tab/>
        <w:tab/>
        <w:t>_________________________</w:t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lang w:val="it-IT"/>
        </w:rPr>
      </w:pPr>
      <w:r>
        <w:rPr>
          <w:rFonts w:cs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cs="Arial"/>
          <w:lang w:val="it-IT"/>
        </w:rPr>
      </w:pPr>
      <w:r>
        <w:rPr>
          <w:rFonts w:cs="Arial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lang w:val="it-IT"/>
        </w:rPr>
      </w:pPr>
      <w:r>
        <w:rPr>
          <w:rFonts w:cs="Arial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center"/>
        <w:rPr>
          <w:rFonts w:cs="Arial"/>
          <w:b/>
          <w:bCs/>
          <w:sz w:val="24"/>
          <w:szCs w:val="24"/>
          <w:lang w:val="it-IT"/>
        </w:rPr>
      </w:pPr>
      <w:r>
        <w:rPr>
          <w:rFonts w:cs="Arial"/>
          <w:b/>
          <w:bCs/>
          <w:sz w:val="24"/>
          <w:szCs w:val="24"/>
          <w:lang w:val="it-IT"/>
        </w:rPr>
        <w:t>INFORMATIVA PRIVACY (Art. 13 Regolamento UE 2016/679 - GDPR)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Ai sensi dell’art. 13 del Regolamento UE 2016/679 (GDPR), il trattamento dei dati personali forniti o comunque acquisiti è esclusivamente finalizzato all’erogazione del contributo “Bonus scuola” – Edizione 2026 (a.s. 2026/2027).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Il Titolare del trattamento è il Comune di Chianni, con sede in Via della Costituente n. 9.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Il trattamento dei dati è attivato necessariamente per attuare quanto previsto dal presente Bando e avverrà presso il Comune di Chianni, con l’utilizzo di procedure anche informatiche, nei modi e nei limiti necessari per perseguire le predette finalità. Il conferimento dei dati richiesti è obbligatorio per poter accedere al beneficio economico di cui alla presente domanda.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 xml:space="preserve">I dati saranno conservati negli archivi cartacei ed informatici del Comune di Chianni per un periodo massimo di dieci anni, determinato dal limite temporale alle attività di accertamento e recupero di somme dovute per il beneficio ricevuto.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I dati saranno comunicati al Sistema informativo delle prestazioni e dei bisogni sociali dell’INPS, alla Regione Toscana e alla Guardia di Finanza per l'esecuzione dei controlli istituzionali, nonché ad altri organi della Pubblica Amministrazione se previsto da norme di legge.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All’interessato sono riconosciuti i diritti di cui al Capo III del Regolamento UE 2016/679 ed in particolare il diritto di accedere ai propri dati personali, di chiederne la rettifica, l’aggiornamento, la limitazione e la cancellazione, laddove incompleti, erronei o raccolti in violazione di legge, nonché di opporsi al trattamento per motivi legittimi.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 xml:space="preserve">Il Responsabile della protezione dei dati (DPO) è la Ditta SI.QU.AM. s.r.l, contattabile tramite PEC all’indirizzo </w:t>
      </w:r>
      <w:hyperlink r:id="rId2">
        <w:r>
          <w:rPr>
            <w:rStyle w:val="Hyperlink"/>
            <w:rFonts w:cs="Arial"/>
            <w:sz w:val="18"/>
            <w:szCs w:val="18"/>
            <w:lang w:val="it-IT"/>
          </w:rPr>
          <w:t>siquam@legismail.it</w:t>
        </w:r>
      </w:hyperlink>
      <w:r>
        <w:rPr>
          <w:rFonts w:cs="Arial"/>
          <w:sz w:val="18"/>
          <w:szCs w:val="18"/>
          <w:lang w:val="it-IT"/>
        </w:rPr>
        <w:t>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>Per accettazione</w:t>
        <w:tab/>
        <w:tab/>
        <w:tab/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  <w:tab/>
        <w:tab/>
        <w:tab/>
        <w:tab/>
        <w:tab/>
        <w:t>Firma del richiedente 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cs="Arial"/>
          <w:sz w:val="18"/>
          <w:szCs w:val="18"/>
          <w:lang w:val="it-IT"/>
        </w:rPr>
      </w:pPr>
      <w:r>
        <w:rPr>
          <w:rFonts w:cs="Arial"/>
          <w:sz w:val="18"/>
          <w:szCs w:val="18"/>
          <w:lang w:val="it-IT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swiss"/>
    <w:pitch w:val="variable"/>
  </w:font>
  <w:font w:name="Segoe UI Symbol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6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b33a2d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iquam@legis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LibreOffice/26.2.6.3$Windows_X86_64 LibreOffice_project/8221e31b3ac356a1623c672912a3d2b492f7e3d1</Application>
  <AppVersion>15.0000</AppVersion>
  <Pages>2</Pages>
  <Words>642</Words>
  <Characters>4242</Characters>
  <CharactersWithSpaces>4883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2026-11-02T12:13:00Z</dcterms:created>
  <dc:creator>python-docx</dc:creator>
  <dc:description>generated by python-docx</dc:description>
  <dc:language>it-IT</dc:language>
  <cp:lastModifiedBy>Alba Rubechini</cp:lastModifiedBy>
  <dcterms:modified xsi:type="dcterms:W3CDTF">2026-11-02T12:13:00Z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